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22" w:rsidRDefault="00C6427F" w:rsidP="00C46C24">
      <w:pPr>
        <w:pStyle w:val="1"/>
        <w:ind w:right="308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Долгосрочный проект «Живые сказки в красках»</w:t>
      </w:r>
    </w:p>
    <w:p w:rsidR="00105C3C" w:rsidRPr="00105C3C" w:rsidRDefault="00105C3C" w:rsidP="00105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05C3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РАЗРАБОТАЛА </w:t>
      </w:r>
      <w:proofErr w:type="gramStart"/>
      <w:r w:rsidRPr="00105C3C">
        <w:rPr>
          <w:rFonts w:ascii="Times New Roman" w:hAnsi="Times New Roman" w:cs="Times New Roman"/>
          <w:b/>
          <w:sz w:val="24"/>
          <w:szCs w:val="24"/>
          <w:lang w:val="ru-RU"/>
        </w:rPr>
        <w:t>:П</w:t>
      </w:r>
      <w:proofErr w:type="gramEnd"/>
      <w:r w:rsidRPr="00105C3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шеничная Алина Александровна воспитатель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средней</w:t>
      </w:r>
      <w:r w:rsidRPr="00105C3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группы</w:t>
      </w:r>
    </w:p>
    <w:p w:rsidR="00B27922" w:rsidRPr="00C46C24" w:rsidRDefault="00C6427F" w:rsidP="00105C3C">
      <w:pPr>
        <w:pStyle w:val="2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Цель проекта</w:t>
      </w:r>
    </w:p>
    <w:p w:rsidR="00B27922" w:rsidRPr="00C46C24" w:rsidRDefault="00C6427F" w:rsidP="00105C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Формирование у детей 4–5 лет традиционно-нравственных ценностей (доброта, честность, трудолюбие, взаимопомощь) через знакомство с народными сказками, художественное творчество и использование современных ИКТ.</w:t>
      </w:r>
    </w:p>
    <w:p w:rsidR="00B27922" w:rsidRPr="00C46C24" w:rsidRDefault="00C6427F" w:rsidP="00105C3C">
      <w:pPr>
        <w:pStyle w:val="2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proofErr w:type="spellEnd"/>
    </w:p>
    <w:p w:rsidR="00B27922" w:rsidRPr="00C46C24" w:rsidRDefault="00C6427F" w:rsidP="00105C3C">
      <w:pPr>
        <w:pStyle w:val="a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Познакомить детей с русскими народными сказками и сказками народов мира.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эмоционально-ценностное восприятие поступков героев.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Формировать умение выражать впечатления от сказок в различных видах деятельности (рисование, лепка, театр, музыка, мультимедиа).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Вовлекать детей в коллективное творчество.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Познакомить с элементарными </w:t>
      </w:r>
      <w:proofErr w:type="spellStart"/>
      <w:proofErr w:type="gram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ИКТ-инструментами</w:t>
      </w:r>
      <w:proofErr w:type="spellEnd"/>
      <w:proofErr w:type="gramEnd"/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Расширять взаимодействие с родителями: совместное творчество, домашние чтения, мини-проекты.</w:t>
      </w:r>
    </w:p>
    <w:p w:rsidR="00B27922" w:rsidRPr="00C46C24" w:rsidRDefault="00C6427F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Сроки реализации</w:t>
      </w:r>
    </w:p>
    <w:p w:rsidR="00B27922" w:rsidRPr="00C46C24" w:rsidRDefault="00C6427F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Долгосрочный проект (6–8 месяцев). Период: сентябрь – апрель. Форма организации: интегрированная деятельность, мини-проекты, выставки, театрализация,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мультимедийные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презентации.</w:t>
      </w:r>
    </w:p>
    <w:p w:rsidR="00B27922" w:rsidRPr="00C46C24" w:rsidRDefault="00C6427F" w:rsidP="00C46C24">
      <w:pPr>
        <w:pStyle w:val="2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Этапы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proofErr w:type="spellEnd"/>
    </w:p>
    <w:tbl>
      <w:tblPr>
        <w:tblStyle w:val="aff0"/>
        <w:tblW w:w="0" w:type="auto"/>
        <w:tblInd w:w="276" w:type="dxa"/>
        <w:tblLook w:val="04A0"/>
      </w:tblPr>
      <w:tblGrid>
        <w:gridCol w:w="2180"/>
        <w:gridCol w:w="1234"/>
        <w:gridCol w:w="2268"/>
      </w:tblGrid>
      <w:tr w:rsidR="00B27922" w:rsidRPr="00C46C24" w:rsidTr="00C46C24">
        <w:tc>
          <w:tcPr>
            <w:tcW w:w="2383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4137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3041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</w:t>
            </w:r>
            <w:proofErr w:type="spellEnd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  <w:proofErr w:type="spellEnd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</w:tr>
      <w:tr w:rsidR="00B27922" w:rsidRPr="00105C3C" w:rsidTr="00C46C24">
        <w:tc>
          <w:tcPr>
            <w:tcW w:w="2383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</w:t>
            </w:r>
            <w:proofErr w:type="spellEnd"/>
          </w:p>
        </w:tc>
        <w:tc>
          <w:tcPr>
            <w:tcW w:w="4137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3041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Беседы о сказках, создание мини-библиотеки народных сказок, оформление уголка «В гостях у сказки», работа с родителями.</w:t>
            </w:r>
          </w:p>
        </w:tc>
      </w:tr>
      <w:tr w:rsidR="00B27922" w:rsidRPr="00105C3C" w:rsidTr="00C46C24">
        <w:tc>
          <w:tcPr>
            <w:tcW w:w="2383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II. 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</w:t>
            </w:r>
            <w:proofErr w:type="spellEnd"/>
          </w:p>
        </w:tc>
        <w:tc>
          <w:tcPr>
            <w:tcW w:w="4137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3041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по тематическим модулям:</w:t>
            </w: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• Доброта и помощь — сказки «Репка», «Колобок», «Теремок».</w:t>
            </w: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• Труд и усердие — «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Морозко</w:t>
            </w:r>
            <w:proofErr w:type="spellEnd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», «Петушок и бобовое зёрнышко».</w:t>
            </w: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• Честность и справедливость — «Лиса и журавль», «Гуси-лебеди».</w:t>
            </w: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• Дружба и взаимопонимание — сказки народов мира.</w:t>
            </w: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Художественное творчество, театрализация, использование ИКТ.</w:t>
            </w:r>
          </w:p>
        </w:tc>
      </w:tr>
      <w:tr w:rsidR="00B27922" w:rsidRPr="00105C3C" w:rsidTr="00C46C24">
        <w:tc>
          <w:tcPr>
            <w:tcW w:w="2383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III. 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Заключительный</w:t>
            </w:r>
            <w:proofErr w:type="spellEnd"/>
          </w:p>
        </w:tc>
        <w:tc>
          <w:tcPr>
            <w:tcW w:w="4137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3041" w:type="dxa"/>
          </w:tcPr>
          <w:p w:rsidR="00B27922" w:rsidRPr="00C46C24" w:rsidRDefault="00C6427F">
            <w:pPr>
              <w:spacing w:after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Выставка детских работ «Сказка оживает в красках», показ театральной постановки, презентация </w:t>
            </w:r>
            <w:proofErr w:type="spellStart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мультимедийных</w:t>
            </w:r>
            <w:proofErr w:type="spellEnd"/>
            <w:r w:rsidRPr="00C46C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материалов, рефлексия «Чему меня научила сказка?».</w:t>
            </w:r>
          </w:p>
        </w:tc>
      </w:tr>
    </w:tbl>
    <w:p w:rsidR="00B27922" w:rsidRPr="00C46C24" w:rsidRDefault="00C6427F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Методы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приёмы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Чтение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сказок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Сюжетно-ролевые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игры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Театрализованная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Рисование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лепка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аппликация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ИКТ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малых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группах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Совместная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proofErr w:type="spellEnd"/>
    </w:p>
    <w:p w:rsidR="00B27922" w:rsidRPr="00C46C24" w:rsidRDefault="00C6427F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родителями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Консультации: «Роль сказки в воспитании ребёнка».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Домашнее чтение и обсуждение сказок.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Участие в выставках и спектаклях.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мини-мультфильма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7922" w:rsidRPr="00C46C24" w:rsidRDefault="00C6427F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Ожидаемые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Формирование представлений о доброте, честности, трудолюбии, дружбе.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Развитие эмоциональной отзывчивости, воображения, речи.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Умение выражать впечатления через художественное творчество.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Опыт использования ИКТ в познавательной и творческой деятельности.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Повышение интереса семьи к совместному чтению и творчеству.</w:t>
      </w:r>
    </w:p>
    <w:p w:rsidR="00B27922" w:rsidRPr="00C46C24" w:rsidRDefault="00C6427F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Итоговые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продукты</w:t>
      </w:r>
      <w:proofErr w:type="spellEnd"/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Электронная презентация «Живые сказки в красках».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Выставка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детских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Театрализованное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proofErr w:type="spellEnd"/>
      <w:r w:rsidRPr="00C46C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7922" w:rsidRPr="00C46C24" w:rsidRDefault="00C6427F">
      <w:pPr>
        <w:pStyle w:val="a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Мини-мультфильм, </w:t>
      </w:r>
      <w:proofErr w:type="gramStart"/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созданный</w:t>
      </w:r>
      <w:proofErr w:type="gramEnd"/>
      <w:r w:rsidRPr="00C46C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вместе с детьми и родителями.</w:t>
      </w:r>
    </w:p>
    <w:sectPr w:rsidR="00B27922" w:rsidRPr="00C46C24" w:rsidSect="00C46C24">
      <w:pgSz w:w="12240" w:h="15840"/>
      <w:pgMar w:top="1440" w:right="469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7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05C3C"/>
    <w:rsid w:val="0015074B"/>
    <w:rsid w:val="0029639D"/>
    <w:rsid w:val="00326F90"/>
    <w:rsid w:val="005704EF"/>
    <w:rsid w:val="00A25D9C"/>
    <w:rsid w:val="00AA1D8D"/>
    <w:rsid w:val="00B27922"/>
    <w:rsid w:val="00B47730"/>
    <w:rsid w:val="00BB0AE9"/>
    <w:rsid w:val="00C46C24"/>
    <w:rsid w:val="00C6427F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C5B155-AAB1-47E2-A587-12129DDF5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Ольга</cp:lastModifiedBy>
  <cp:revision>2</cp:revision>
  <dcterms:created xsi:type="dcterms:W3CDTF">2025-10-23T04:33:00Z</dcterms:created>
  <dcterms:modified xsi:type="dcterms:W3CDTF">2025-10-23T04:33:00Z</dcterms:modified>
</cp:coreProperties>
</file>