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EEE" w:rsidRPr="00251CB0" w:rsidRDefault="006C0EEE" w:rsidP="006C0EEE">
      <w:pPr>
        <w:pStyle w:val="1"/>
        <w:spacing w:before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129AE" w:rsidRPr="00251CB0" w:rsidRDefault="003C5338" w:rsidP="006C0EEE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51CB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План самообразования </w:t>
      </w:r>
      <w:r w:rsidR="006C0EEE" w:rsidRPr="00251CB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Пшеничной Алиной Александровны</w:t>
      </w:r>
    </w:p>
    <w:p w:rsidR="00A129AE" w:rsidRPr="00251CB0" w:rsidRDefault="003C5338" w:rsidP="006C0E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51CB0">
        <w:rPr>
          <w:rFonts w:ascii="Times New Roman" w:hAnsi="Times New Roman" w:cs="Times New Roman"/>
          <w:b/>
          <w:sz w:val="24"/>
          <w:szCs w:val="24"/>
          <w:lang w:val="ru-RU"/>
        </w:rPr>
        <w:t>Тема:</w:t>
      </w:r>
      <w:r w:rsidRPr="00251C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51CB0" w:rsidRPr="00251CB0">
        <w:rPr>
          <w:rFonts w:ascii="Times New Roman" w:hAnsi="Times New Roman" w:cs="Times New Roman"/>
          <w:sz w:val="24"/>
          <w:szCs w:val="24"/>
          <w:lang w:val="ru-RU"/>
        </w:rPr>
        <w:t>«Формирование нравственно- патриотических чувств у детей младшего дошкольного возраста через сказки с использованием ИКТ»</w:t>
      </w:r>
    </w:p>
    <w:p w:rsidR="00A129AE" w:rsidRPr="00251CB0" w:rsidRDefault="003C5338" w:rsidP="006C0EEE">
      <w:pPr>
        <w:pStyle w:val="21"/>
        <w:spacing w:before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51CB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Цель:</w:t>
      </w:r>
    </w:p>
    <w:p w:rsidR="00251CB0" w:rsidRPr="00251CB0" w:rsidRDefault="00251CB0" w:rsidP="006C0E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51CB0">
        <w:rPr>
          <w:rFonts w:ascii="Times New Roman" w:hAnsi="Times New Roman" w:cs="Times New Roman"/>
          <w:sz w:val="24"/>
          <w:szCs w:val="24"/>
          <w:lang w:val="ru-RU"/>
        </w:rPr>
        <w:t>Формировать у детей младшего дошкольного возраста основы нравственно-патриотических чувств, любви к Родине, родному дому и близким людям через сказки, используя современные информационно-коммуникационные технологии (ИКТ).</w:t>
      </w:r>
    </w:p>
    <w:p w:rsidR="00A129AE" w:rsidRPr="00251CB0" w:rsidRDefault="003C5338" w:rsidP="006C0E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51CB0">
        <w:rPr>
          <w:rFonts w:ascii="Times New Roman" w:hAnsi="Times New Roman" w:cs="Times New Roman"/>
          <w:b/>
          <w:sz w:val="24"/>
          <w:szCs w:val="24"/>
          <w:lang w:val="ru-RU"/>
        </w:rPr>
        <w:t>Задачи:</w:t>
      </w:r>
    </w:p>
    <w:p w:rsidR="00251CB0" w:rsidRPr="00251CB0" w:rsidRDefault="00251CB0" w:rsidP="00251CB0">
      <w:pPr>
        <w:pStyle w:val="a0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51CB0">
        <w:rPr>
          <w:rFonts w:ascii="Times New Roman" w:hAnsi="Times New Roman" w:cs="Times New Roman"/>
          <w:sz w:val="24"/>
          <w:szCs w:val="24"/>
          <w:lang w:val="ru-RU"/>
        </w:rPr>
        <w:t>Изучить психолого-педагогическую и методическую литературу по вопросам нравственно-патриотического воспитания дошкольников.</w:t>
      </w:r>
    </w:p>
    <w:p w:rsidR="00251CB0" w:rsidRPr="00251CB0" w:rsidRDefault="00251CB0" w:rsidP="00251CB0">
      <w:pPr>
        <w:pStyle w:val="a0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51CB0">
        <w:rPr>
          <w:rFonts w:ascii="Times New Roman" w:hAnsi="Times New Roman" w:cs="Times New Roman"/>
          <w:sz w:val="24"/>
          <w:szCs w:val="24"/>
          <w:lang w:val="ru-RU"/>
        </w:rPr>
        <w:t>Изучить значение сказки как средства нравственного и патриотического воспитания.</w:t>
      </w:r>
    </w:p>
    <w:p w:rsidR="00251CB0" w:rsidRPr="00251CB0" w:rsidRDefault="00251CB0" w:rsidP="00251CB0">
      <w:pPr>
        <w:pStyle w:val="a0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51CB0">
        <w:rPr>
          <w:rFonts w:ascii="Times New Roman" w:hAnsi="Times New Roman" w:cs="Times New Roman"/>
          <w:sz w:val="24"/>
          <w:szCs w:val="24"/>
          <w:lang w:val="ru-RU"/>
        </w:rPr>
        <w:t xml:space="preserve">Ознакомиться с возможностями использования ИКТ (презентаций, </w:t>
      </w:r>
      <w:proofErr w:type="spellStart"/>
      <w:r w:rsidRPr="00251CB0">
        <w:rPr>
          <w:rFonts w:ascii="Times New Roman" w:hAnsi="Times New Roman" w:cs="Times New Roman"/>
          <w:sz w:val="24"/>
          <w:szCs w:val="24"/>
          <w:lang w:val="ru-RU"/>
        </w:rPr>
        <w:t>аудиосказок</w:t>
      </w:r>
      <w:proofErr w:type="spellEnd"/>
      <w:r w:rsidRPr="00251CB0">
        <w:rPr>
          <w:rFonts w:ascii="Times New Roman" w:hAnsi="Times New Roman" w:cs="Times New Roman"/>
          <w:sz w:val="24"/>
          <w:szCs w:val="24"/>
          <w:lang w:val="ru-RU"/>
        </w:rPr>
        <w:t>, видеосюжетов) для усиления воспитательного воздействия.</w:t>
      </w:r>
    </w:p>
    <w:p w:rsidR="00251CB0" w:rsidRPr="00251CB0" w:rsidRDefault="00251CB0" w:rsidP="00251CB0">
      <w:pPr>
        <w:pStyle w:val="a0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51CB0">
        <w:rPr>
          <w:rFonts w:ascii="Times New Roman" w:hAnsi="Times New Roman" w:cs="Times New Roman"/>
          <w:sz w:val="24"/>
          <w:szCs w:val="24"/>
          <w:lang w:val="ru-RU"/>
        </w:rPr>
        <w:t>Разработать и внедрить систему занятий и мероприятий по теме.</w:t>
      </w:r>
    </w:p>
    <w:p w:rsidR="00251CB0" w:rsidRPr="00251CB0" w:rsidRDefault="00251CB0" w:rsidP="00251CB0">
      <w:pPr>
        <w:pStyle w:val="a0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51CB0">
        <w:rPr>
          <w:rFonts w:ascii="Times New Roman" w:hAnsi="Times New Roman" w:cs="Times New Roman"/>
          <w:sz w:val="24"/>
          <w:szCs w:val="24"/>
          <w:lang w:val="ru-RU"/>
        </w:rPr>
        <w:t>Активизировать работу с родителями по формированию патриотических чувств у детей в семье.</w:t>
      </w:r>
    </w:p>
    <w:p w:rsidR="00251CB0" w:rsidRPr="00251CB0" w:rsidRDefault="00251CB0" w:rsidP="00251CB0">
      <w:pPr>
        <w:pStyle w:val="a0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51CB0">
        <w:rPr>
          <w:rFonts w:ascii="Times New Roman" w:hAnsi="Times New Roman" w:cs="Times New Roman"/>
          <w:sz w:val="24"/>
          <w:szCs w:val="24"/>
          <w:lang w:val="ru-RU"/>
        </w:rPr>
        <w:t>Обобщить и представить результаты работы по теме самообразования.</w:t>
      </w:r>
    </w:p>
    <w:p w:rsidR="00A129AE" w:rsidRPr="00251CB0" w:rsidRDefault="003C5338" w:rsidP="00251CB0">
      <w:pPr>
        <w:pStyle w:val="a0"/>
        <w:numPr>
          <w:ilvl w:val="0"/>
          <w:numId w:val="0"/>
        </w:num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51CB0">
        <w:rPr>
          <w:rFonts w:ascii="Times New Roman" w:hAnsi="Times New Roman" w:cs="Times New Roman"/>
          <w:b/>
          <w:sz w:val="24"/>
          <w:szCs w:val="24"/>
          <w:lang w:val="ru-RU"/>
        </w:rPr>
        <w:t>Этапы и содержание работы:</w:t>
      </w:r>
    </w:p>
    <w:p w:rsidR="006C0EEE" w:rsidRPr="00251CB0" w:rsidRDefault="006C0EEE" w:rsidP="006C0EEE">
      <w:pPr>
        <w:pStyle w:val="a0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ff0"/>
        <w:tblW w:w="0" w:type="auto"/>
        <w:tblLook w:val="04A0"/>
      </w:tblPr>
      <w:tblGrid>
        <w:gridCol w:w="438"/>
        <w:gridCol w:w="27"/>
        <w:gridCol w:w="2442"/>
        <w:gridCol w:w="30"/>
        <w:gridCol w:w="1442"/>
        <w:gridCol w:w="18"/>
        <w:gridCol w:w="2267"/>
        <w:gridCol w:w="26"/>
        <w:gridCol w:w="2166"/>
      </w:tblGrid>
      <w:tr w:rsidR="006C0EEE" w:rsidRPr="00251CB0" w:rsidTr="00251CB0">
        <w:tc>
          <w:tcPr>
            <w:tcW w:w="465" w:type="dxa"/>
            <w:gridSpan w:val="2"/>
          </w:tcPr>
          <w:p w:rsidR="006C0EEE" w:rsidRPr="00251CB0" w:rsidRDefault="006C0EEE" w:rsidP="006C0EEE">
            <w:pPr>
              <w:pStyle w:val="a0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2472" w:type="dxa"/>
            <w:gridSpan w:val="2"/>
          </w:tcPr>
          <w:p w:rsidR="006C0EEE" w:rsidRPr="00251CB0" w:rsidRDefault="006C0EEE" w:rsidP="006C0EEE">
            <w:pPr>
              <w:pStyle w:val="a0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51CB0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proofErr w:type="spellEnd"/>
            <w:r w:rsidRPr="00251C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1CB0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442" w:type="dxa"/>
          </w:tcPr>
          <w:p w:rsidR="006C0EEE" w:rsidRPr="00251CB0" w:rsidRDefault="006C0EEE" w:rsidP="006C0EEE">
            <w:pPr>
              <w:pStyle w:val="a0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51CB0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311" w:type="dxa"/>
            <w:gridSpan w:val="3"/>
          </w:tcPr>
          <w:p w:rsidR="006C0EEE" w:rsidRPr="00251CB0" w:rsidRDefault="006C0EEE" w:rsidP="006C0EEE">
            <w:pPr>
              <w:pStyle w:val="a0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1CB0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proofErr w:type="spellEnd"/>
            <w:r w:rsidRPr="00251C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1CB0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166" w:type="dxa"/>
          </w:tcPr>
          <w:p w:rsidR="006C0EEE" w:rsidRPr="00251CB0" w:rsidRDefault="006C0EEE" w:rsidP="006C0EEE">
            <w:pPr>
              <w:pStyle w:val="a0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51CB0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  <w:proofErr w:type="spellEnd"/>
            <w:r w:rsidRPr="00251CB0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251CB0"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  <w:proofErr w:type="spellEnd"/>
          </w:p>
        </w:tc>
      </w:tr>
      <w:tr w:rsidR="006C0EEE" w:rsidRPr="00251CB0" w:rsidTr="00703D8F">
        <w:tc>
          <w:tcPr>
            <w:tcW w:w="8856" w:type="dxa"/>
            <w:gridSpan w:val="9"/>
          </w:tcPr>
          <w:p w:rsidR="006C0EEE" w:rsidRPr="00251CB0" w:rsidRDefault="006C0EEE" w:rsidP="006C0E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51CB0">
              <w:rPr>
                <w:rFonts w:ascii="Times New Roman" w:hAnsi="Times New Roman" w:cs="Times New Roman"/>
                <w:sz w:val="24"/>
                <w:szCs w:val="24"/>
              </w:rPr>
              <w:t>Диагностический</w:t>
            </w:r>
            <w:proofErr w:type="spellEnd"/>
          </w:p>
        </w:tc>
      </w:tr>
      <w:tr w:rsidR="006C0EEE" w:rsidRPr="00251CB0" w:rsidTr="00251CB0">
        <w:tc>
          <w:tcPr>
            <w:tcW w:w="465" w:type="dxa"/>
            <w:gridSpan w:val="2"/>
          </w:tcPr>
          <w:p w:rsidR="006C0EEE" w:rsidRPr="00251CB0" w:rsidRDefault="006C0EEE" w:rsidP="006C0EEE">
            <w:pPr>
              <w:pStyle w:val="a0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2472" w:type="dxa"/>
            <w:gridSpan w:val="2"/>
          </w:tcPr>
          <w:p w:rsidR="006C0EEE" w:rsidRPr="00251CB0" w:rsidRDefault="00251CB0" w:rsidP="006C0EEE">
            <w:pPr>
              <w:pStyle w:val="a0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Изучение уровня представлений детей о Родине, семье, родном городе; выявление интереса к сказкам</w:t>
            </w:r>
          </w:p>
        </w:tc>
        <w:tc>
          <w:tcPr>
            <w:tcW w:w="1442" w:type="dxa"/>
          </w:tcPr>
          <w:p w:rsidR="006C0EEE" w:rsidRPr="00251CB0" w:rsidRDefault="006C0EEE" w:rsidP="003C5338">
            <w:pPr>
              <w:pStyle w:val="a0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51CB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  <w:p w:rsidR="006C0EEE" w:rsidRPr="00251CB0" w:rsidRDefault="006C0EEE" w:rsidP="003C5338">
            <w:pPr>
              <w:pStyle w:val="a0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311" w:type="dxa"/>
            <w:gridSpan w:val="3"/>
          </w:tcPr>
          <w:p w:rsidR="006C0EEE" w:rsidRPr="00251CB0" w:rsidRDefault="00251CB0" w:rsidP="003C5338">
            <w:pPr>
              <w:pStyle w:val="a0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Наблюдение, беседы, анкетирование родителей</w:t>
            </w:r>
          </w:p>
        </w:tc>
        <w:tc>
          <w:tcPr>
            <w:tcW w:w="2166" w:type="dxa"/>
          </w:tcPr>
          <w:p w:rsidR="006C0EEE" w:rsidRPr="00251CB0" w:rsidRDefault="003C5338" w:rsidP="006C0EEE">
            <w:pPr>
              <w:pStyle w:val="a0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CB0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218623" cy="601131"/>
                  <wp:effectExtent l="19050" t="0" r="577" b="0"/>
                  <wp:docPr id="3" name="Рисунок 0" descr="IMG_04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438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5" cy="6014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0EEE" w:rsidRPr="00251CB0" w:rsidTr="00AB52BD">
        <w:tc>
          <w:tcPr>
            <w:tcW w:w="8856" w:type="dxa"/>
            <w:gridSpan w:val="9"/>
          </w:tcPr>
          <w:p w:rsidR="006C0EEE" w:rsidRPr="00251CB0" w:rsidRDefault="006C0EEE" w:rsidP="003C5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1CB0">
              <w:rPr>
                <w:rFonts w:ascii="Times New Roman" w:hAnsi="Times New Roman" w:cs="Times New Roman"/>
                <w:sz w:val="24"/>
                <w:szCs w:val="24"/>
              </w:rPr>
              <w:t>Теоретический</w:t>
            </w:r>
            <w:proofErr w:type="spellEnd"/>
          </w:p>
        </w:tc>
      </w:tr>
      <w:tr w:rsidR="006C0EEE" w:rsidRPr="00251CB0" w:rsidTr="00251CB0">
        <w:tc>
          <w:tcPr>
            <w:tcW w:w="465" w:type="dxa"/>
            <w:gridSpan w:val="2"/>
          </w:tcPr>
          <w:p w:rsidR="006C0EEE" w:rsidRPr="00251CB0" w:rsidRDefault="006C0EEE" w:rsidP="006C0EEE">
            <w:pPr>
              <w:pStyle w:val="a0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2472" w:type="dxa"/>
            <w:gridSpan w:val="2"/>
          </w:tcPr>
          <w:p w:rsidR="006C0EEE" w:rsidRPr="00251CB0" w:rsidRDefault="00251CB0" w:rsidP="006C0EEE">
            <w:pPr>
              <w:pStyle w:val="a0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Изучение литературы, методических пособий и опыта коллег; подбор народных и авторских сказок, отражающих патриотические ценности</w:t>
            </w:r>
          </w:p>
        </w:tc>
        <w:tc>
          <w:tcPr>
            <w:tcW w:w="1442" w:type="dxa"/>
          </w:tcPr>
          <w:p w:rsidR="006C0EEE" w:rsidRPr="00251CB0" w:rsidRDefault="006C0EEE" w:rsidP="003C5338">
            <w:pPr>
              <w:pStyle w:val="a0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Октябрь- Ноябрь</w:t>
            </w:r>
          </w:p>
        </w:tc>
        <w:tc>
          <w:tcPr>
            <w:tcW w:w="2311" w:type="dxa"/>
            <w:gridSpan w:val="3"/>
          </w:tcPr>
          <w:p w:rsidR="00251CB0" w:rsidRDefault="00251CB0" w:rsidP="003C5338">
            <w:pPr>
              <w:pStyle w:val="a0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Самообразование, уча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консультациях</w:t>
            </w:r>
          </w:p>
          <w:p w:rsidR="006C0EEE" w:rsidRPr="00251CB0" w:rsidRDefault="00251CB0" w:rsidP="00191B9A">
            <w:pPr>
              <w:pStyle w:val="a0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картотеки сказок,</w:t>
            </w:r>
            <w:r w:rsidR="00191B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мультфильмов.</w:t>
            </w:r>
          </w:p>
        </w:tc>
        <w:tc>
          <w:tcPr>
            <w:tcW w:w="2166" w:type="dxa"/>
          </w:tcPr>
          <w:p w:rsidR="006C0EEE" w:rsidRPr="00251CB0" w:rsidRDefault="003C5338" w:rsidP="006C0EEE">
            <w:pPr>
              <w:pStyle w:val="a0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CB0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218623" cy="601131"/>
                  <wp:effectExtent l="19050" t="0" r="577" b="0"/>
                  <wp:docPr id="4" name="Рисунок 0" descr="IMG_04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438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5" cy="6014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5338" w:rsidRPr="00251CB0" w:rsidTr="00E82FE7">
        <w:tc>
          <w:tcPr>
            <w:tcW w:w="8856" w:type="dxa"/>
            <w:gridSpan w:val="9"/>
          </w:tcPr>
          <w:p w:rsidR="003C5338" w:rsidRPr="00251CB0" w:rsidRDefault="003C5338" w:rsidP="003C5338">
            <w:pPr>
              <w:pStyle w:val="a0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51CB0">
              <w:rPr>
                <w:rFonts w:ascii="Times New Roman" w:hAnsi="Times New Roman" w:cs="Times New Roman"/>
                <w:sz w:val="24"/>
                <w:szCs w:val="24"/>
              </w:rPr>
              <w:t>Практический</w:t>
            </w:r>
            <w:proofErr w:type="spellEnd"/>
          </w:p>
        </w:tc>
      </w:tr>
      <w:tr w:rsidR="006C0EEE" w:rsidRPr="00251CB0" w:rsidTr="00251CB0">
        <w:tc>
          <w:tcPr>
            <w:tcW w:w="465" w:type="dxa"/>
            <w:gridSpan w:val="2"/>
          </w:tcPr>
          <w:p w:rsidR="006C0EEE" w:rsidRPr="00251CB0" w:rsidRDefault="003C5338" w:rsidP="006C0EEE">
            <w:pPr>
              <w:pStyle w:val="a0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2472" w:type="dxa"/>
            <w:gridSpan w:val="2"/>
          </w:tcPr>
          <w:p w:rsidR="006C0EEE" w:rsidRPr="00251CB0" w:rsidRDefault="00251CB0" w:rsidP="006C0EEE">
            <w:pPr>
              <w:pStyle w:val="a0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занятий и мероприятий по сказкам с элементами ИКТ (прослушивание </w:t>
            </w:r>
            <w:proofErr w:type="spellStart"/>
            <w:r w:rsidRPr="00251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аудиосказок</w:t>
            </w:r>
            <w:proofErr w:type="spellEnd"/>
            <w:r w:rsidRPr="00251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251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просмотр иллюстраций, создание презентаций)</w:t>
            </w:r>
          </w:p>
        </w:tc>
        <w:tc>
          <w:tcPr>
            <w:tcW w:w="1442" w:type="dxa"/>
          </w:tcPr>
          <w:p w:rsidR="006C0EEE" w:rsidRPr="00251CB0" w:rsidRDefault="003C5338" w:rsidP="003C5338">
            <w:pPr>
              <w:pStyle w:val="a0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51C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  <w:proofErr w:type="spellEnd"/>
            <w:r w:rsidRPr="00251CB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251CB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311" w:type="dxa"/>
            <w:gridSpan w:val="3"/>
          </w:tcPr>
          <w:p w:rsidR="006C0EEE" w:rsidRPr="00251CB0" w:rsidRDefault="00251CB0" w:rsidP="003C5338">
            <w:pPr>
              <w:pStyle w:val="a0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Занятия, игры-инсценировки, презентации, Проект «Ладошка Веснушка и ее </w:t>
            </w:r>
            <w:r w:rsidRPr="00251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друзья»</w:t>
            </w:r>
          </w:p>
        </w:tc>
        <w:tc>
          <w:tcPr>
            <w:tcW w:w="2166" w:type="dxa"/>
          </w:tcPr>
          <w:p w:rsidR="006C0EEE" w:rsidRPr="00251CB0" w:rsidRDefault="003C5338" w:rsidP="006C0EEE">
            <w:pPr>
              <w:pStyle w:val="a0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CB0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lastRenderedPageBreak/>
              <w:drawing>
                <wp:inline distT="0" distB="0" distL="0" distR="0">
                  <wp:extent cx="1218623" cy="601131"/>
                  <wp:effectExtent l="19050" t="0" r="577" b="0"/>
                  <wp:docPr id="5" name="Рисунок 0" descr="IMG_04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438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5" cy="6014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5338" w:rsidRPr="00251CB0" w:rsidTr="008F0346">
        <w:tc>
          <w:tcPr>
            <w:tcW w:w="8856" w:type="dxa"/>
            <w:gridSpan w:val="9"/>
          </w:tcPr>
          <w:p w:rsidR="003C5338" w:rsidRPr="00251CB0" w:rsidRDefault="003C5338" w:rsidP="003C5338">
            <w:pPr>
              <w:pStyle w:val="a0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51C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Обобщающий</w:t>
            </w:r>
            <w:proofErr w:type="spellEnd"/>
          </w:p>
        </w:tc>
      </w:tr>
      <w:tr w:rsidR="00191B9A" w:rsidRPr="00251CB0" w:rsidTr="00251CB0">
        <w:tc>
          <w:tcPr>
            <w:tcW w:w="438" w:type="dxa"/>
          </w:tcPr>
          <w:p w:rsidR="003C5338" w:rsidRPr="00251CB0" w:rsidRDefault="003C5338" w:rsidP="003C5338">
            <w:pPr>
              <w:pStyle w:val="a0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2469" w:type="dxa"/>
            <w:gridSpan w:val="2"/>
          </w:tcPr>
          <w:p w:rsidR="003C5338" w:rsidRPr="00251CB0" w:rsidRDefault="00251CB0" w:rsidP="003C5338">
            <w:pPr>
              <w:pStyle w:val="a0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проделанной работы, оформление материалов, обмен опытом</w:t>
            </w:r>
          </w:p>
        </w:tc>
        <w:tc>
          <w:tcPr>
            <w:tcW w:w="1490" w:type="dxa"/>
            <w:gridSpan w:val="3"/>
          </w:tcPr>
          <w:p w:rsidR="003C5338" w:rsidRPr="00251CB0" w:rsidRDefault="003C5338" w:rsidP="003C5338">
            <w:pPr>
              <w:pStyle w:val="a0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51CB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  <w:r w:rsidRPr="00251CB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251CB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267" w:type="dxa"/>
          </w:tcPr>
          <w:p w:rsidR="003C5338" w:rsidRPr="00251CB0" w:rsidRDefault="00251CB0" w:rsidP="00251CB0">
            <w:pPr>
              <w:pStyle w:val="a0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Самоанализ, выступление на МО, консультации для педагогов</w:t>
            </w:r>
            <w:r w:rsidR="00191B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51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 уровня профессиональной компетентности воспитателя, методические материалы по теме</w:t>
            </w:r>
          </w:p>
        </w:tc>
        <w:tc>
          <w:tcPr>
            <w:tcW w:w="2192" w:type="dxa"/>
            <w:gridSpan w:val="2"/>
          </w:tcPr>
          <w:p w:rsidR="003C5338" w:rsidRPr="00251CB0" w:rsidRDefault="003C5338" w:rsidP="003C5338">
            <w:pPr>
              <w:pStyle w:val="a0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CB0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218623" cy="601131"/>
                  <wp:effectExtent l="19050" t="0" r="577" b="0"/>
                  <wp:docPr id="6" name="Рисунок 0" descr="IMG_04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438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5" cy="6014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1CB0" w:rsidRPr="00251CB0" w:rsidRDefault="00251CB0" w:rsidP="00251C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ru-RU" w:eastAsia="ru-RU"/>
        </w:rPr>
      </w:pPr>
      <w:r w:rsidRPr="00251CB0"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ru-RU" w:eastAsia="ru-RU"/>
        </w:rPr>
        <w:t>Формы и методы работы с детьми:</w:t>
      </w:r>
    </w:p>
    <w:p w:rsidR="00251CB0" w:rsidRPr="00251CB0" w:rsidRDefault="00251CB0" w:rsidP="00251CB0">
      <w:pPr>
        <w:pStyle w:val="ae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251CB0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Чтение и обсуждение народных и авторских сказок;</w:t>
      </w:r>
    </w:p>
    <w:p w:rsidR="00251CB0" w:rsidRPr="00251CB0" w:rsidRDefault="00251CB0" w:rsidP="00251CB0">
      <w:pPr>
        <w:pStyle w:val="ae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proofErr w:type="spellStart"/>
      <w:r w:rsidRPr="00251CB0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Инсценирование</w:t>
      </w:r>
      <w:proofErr w:type="spellEnd"/>
      <w:r w:rsidRPr="00251CB0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сказок и мини-спектаклей;</w:t>
      </w:r>
    </w:p>
    <w:p w:rsidR="00251CB0" w:rsidRPr="00251CB0" w:rsidRDefault="00251CB0" w:rsidP="00251CB0">
      <w:pPr>
        <w:pStyle w:val="ae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251CB0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Слушание </w:t>
      </w:r>
      <w:proofErr w:type="spellStart"/>
      <w:r w:rsidRPr="00251CB0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аудиосказок</w:t>
      </w:r>
      <w:proofErr w:type="spellEnd"/>
      <w:r w:rsidRPr="00251CB0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и песен о Родине;</w:t>
      </w:r>
    </w:p>
    <w:p w:rsidR="00251CB0" w:rsidRPr="00251CB0" w:rsidRDefault="00251CB0" w:rsidP="00251CB0">
      <w:pPr>
        <w:pStyle w:val="ae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251CB0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Создание коллективных рисунков и поделок по мотивам сказок;</w:t>
      </w:r>
    </w:p>
    <w:p w:rsidR="00251CB0" w:rsidRDefault="00251CB0" w:rsidP="00251CB0">
      <w:pPr>
        <w:pStyle w:val="ae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251CB0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Игры-беседы «Что значит любить Родину», «Моя семья — моя гордость».</w:t>
      </w:r>
    </w:p>
    <w:p w:rsidR="00191B9A" w:rsidRPr="00251CB0" w:rsidRDefault="00191B9A" w:rsidP="00251CB0">
      <w:pPr>
        <w:pStyle w:val="ae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Создание мультфильма  </w:t>
      </w:r>
      <w:r w:rsidRPr="00251CB0">
        <w:rPr>
          <w:rFonts w:ascii="Times New Roman" w:hAnsi="Times New Roman" w:cs="Times New Roman"/>
          <w:sz w:val="24"/>
          <w:szCs w:val="24"/>
          <w:lang w:val="ru-RU"/>
        </w:rPr>
        <w:t>«Ладошка Веснушка и ее друзья»</w:t>
      </w:r>
    </w:p>
    <w:p w:rsidR="00251CB0" w:rsidRPr="00251CB0" w:rsidRDefault="00251CB0" w:rsidP="003C5338">
      <w:pPr>
        <w:pStyle w:val="a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51CB0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>Взаимодействие</w:t>
      </w:r>
      <w:proofErr w:type="spellEnd"/>
      <w:r w:rsidRPr="00251CB0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 xml:space="preserve"> с </w:t>
      </w:r>
      <w:proofErr w:type="spellStart"/>
      <w:r w:rsidRPr="00251CB0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>родителями</w:t>
      </w:r>
      <w:proofErr w:type="spellEnd"/>
      <w:r w:rsidRPr="00251CB0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>:</w:t>
      </w:r>
    </w:p>
    <w:p w:rsidR="00251CB0" w:rsidRDefault="00251CB0" w:rsidP="00251CB0">
      <w:pPr>
        <w:pStyle w:val="a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51C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Консультации «Роль сказки в нравственном воспитании ребёнка»;</w:t>
      </w:r>
    </w:p>
    <w:p w:rsidR="00191B9A" w:rsidRPr="00251CB0" w:rsidRDefault="00191B9A" w:rsidP="00251CB0">
      <w:pPr>
        <w:pStyle w:val="a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Создание картотеки «мультфильмы для младшего дошкольного возраста нравственног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патриотического характера»</w:t>
      </w:r>
    </w:p>
    <w:p w:rsidR="00251CB0" w:rsidRPr="00251CB0" w:rsidRDefault="00251CB0" w:rsidP="00251CB0">
      <w:pPr>
        <w:pStyle w:val="a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51C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Совместные семейные просмотры  «Мультфильмы нравственно-патриотического характера»</w:t>
      </w:r>
    </w:p>
    <w:p w:rsidR="00251CB0" w:rsidRPr="00251CB0" w:rsidRDefault="00251CB0" w:rsidP="00251CB0">
      <w:pPr>
        <w:pStyle w:val="a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51C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Оформление папок-передвижек и памяток.</w:t>
      </w:r>
    </w:p>
    <w:p w:rsidR="00251CB0" w:rsidRPr="00251CB0" w:rsidRDefault="00251CB0" w:rsidP="00251CB0">
      <w:pPr>
        <w:pStyle w:val="a0"/>
        <w:numPr>
          <w:ilvl w:val="0"/>
          <w:numId w:val="0"/>
        </w:numP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251CB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Ожидаемые результаты:</w:t>
      </w:r>
    </w:p>
    <w:p w:rsidR="00251CB0" w:rsidRPr="00251CB0" w:rsidRDefault="00251CB0" w:rsidP="00251CB0">
      <w:pPr>
        <w:pStyle w:val="a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51C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Повышение интереса детей к сказкам как источнику нравственных ценностей;</w:t>
      </w:r>
    </w:p>
    <w:p w:rsidR="00251CB0" w:rsidRPr="00251CB0" w:rsidRDefault="00251CB0" w:rsidP="00251CB0">
      <w:pPr>
        <w:pStyle w:val="a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51C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Формирование начальных представлений о Родине, семье, доброте, справедливости, труде;</w:t>
      </w:r>
    </w:p>
    <w:p w:rsidR="00251CB0" w:rsidRPr="00251CB0" w:rsidRDefault="00251CB0" w:rsidP="00251CB0">
      <w:pPr>
        <w:pStyle w:val="a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51C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Развитие речи, воображения и эмоциональной отзывчивости;</w:t>
      </w:r>
    </w:p>
    <w:p w:rsidR="00251CB0" w:rsidRPr="00251CB0" w:rsidRDefault="00251CB0" w:rsidP="00251CB0">
      <w:pPr>
        <w:pStyle w:val="a0"/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51C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Активизация родителей в процессе нравственно-патриотического воспитания;</w:t>
      </w:r>
    </w:p>
    <w:p w:rsidR="00251CB0" w:rsidRPr="00191B9A" w:rsidRDefault="00251CB0" w:rsidP="00191B9A">
      <w:pPr>
        <w:pStyle w:val="a0"/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51CB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Повышение профессиональной компетентности воспитателя.</w:t>
      </w:r>
    </w:p>
    <w:p w:rsidR="00A129AE" w:rsidRPr="00251CB0" w:rsidRDefault="003C5338" w:rsidP="003C5338">
      <w:pPr>
        <w:pStyle w:val="21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51CB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Итоговое оформление:</w:t>
      </w:r>
    </w:p>
    <w:p w:rsidR="00A129AE" w:rsidRPr="00251CB0" w:rsidRDefault="003C5338" w:rsidP="00251CB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51CB0">
        <w:rPr>
          <w:rFonts w:ascii="Times New Roman" w:hAnsi="Times New Roman" w:cs="Times New Roman"/>
          <w:sz w:val="24"/>
          <w:szCs w:val="24"/>
          <w:lang w:val="ru-RU"/>
        </w:rPr>
        <w:t xml:space="preserve">• </w:t>
      </w:r>
      <w:proofErr w:type="spellStart"/>
      <w:r w:rsidRPr="00251CB0">
        <w:rPr>
          <w:rFonts w:ascii="Times New Roman" w:hAnsi="Times New Roman" w:cs="Times New Roman"/>
          <w:sz w:val="24"/>
          <w:szCs w:val="24"/>
          <w:lang w:val="ru-RU"/>
        </w:rPr>
        <w:t>Портфолио</w:t>
      </w:r>
      <w:proofErr w:type="spellEnd"/>
      <w:r w:rsidRPr="00251CB0">
        <w:rPr>
          <w:rFonts w:ascii="Times New Roman" w:hAnsi="Times New Roman" w:cs="Times New Roman"/>
          <w:sz w:val="24"/>
          <w:szCs w:val="24"/>
          <w:lang w:val="ru-RU"/>
        </w:rPr>
        <w:t xml:space="preserve"> по теме самообразования (конспекты, методические разработки, </w:t>
      </w:r>
      <w:proofErr w:type="spellStart"/>
      <w:r w:rsidRPr="00251CB0">
        <w:rPr>
          <w:rFonts w:ascii="Times New Roman" w:hAnsi="Times New Roman" w:cs="Times New Roman"/>
          <w:sz w:val="24"/>
          <w:szCs w:val="24"/>
          <w:lang w:val="ru-RU"/>
        </w:rPr>
        <w:t>фотоотчёт</w:t>
      </w:r>
      <w:proofErr w:type="spellEnd"/>
      <w:r w:rsidRPr="00251CB0">
        <w:rPr>
          <w:rFonts w:ascii="Times New Roman" w:hAnsi="Times New Roman" w:cs="Times New Roman"/>
          <w:sz w:val="24"/>
          <w:szCs w:val="24"/>
          <w:lang w:val="ru-RU"/>
        </w:rPr>
        <w:t>, презентация опыта);</w:t>
      </w:r>
      <w:r w:rsidRPr="00251CB0">
        <w:rPr>
          <w:rFonts w:ascii="Times New Roman" w:hAnsi="Times New Roman" w:cs="Times New Roman"/>
          <w:sz w:val="24"/>
          <w:szCs w:val="24"/>
          <w:lang w:val="ru-RU"/>
        </w:rPr>
        <w:br/>
        <w:t>• Создание методических рекомендаций для коллег и родителей.</w:t>
      </w:r>
    </w:p>
    <w:sectPr w:rsidR="00A129AE" w:rsidRPr="00251CB0" w:rsidSect="003C5338">
      <w:pgSz w:w="12240" w:h="15840"/>
      <w:pgMar w:top="851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DE94C41"/>
    <w:multiLevelType w:val="hybridMultilevel"/>
    <w:tmpl w:val="543C0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15074B"/>
    <w:rsid w:val="00191B9A"/>
    <w:rsid w:val="001F00EF"/>
    <w:rsid w:val="00251CB0"/>
    <w:rsid w:val="0029639D"/>
    <w:rsid w:val="00326F90"/>
    <w:rsid w:val="003C5338"/>
    <w:rsid w:val="006C0EEE"/>
    <w:rsid w:val="006F04A8"/>
    <w:rsid w:val="00793048"/>
    <w:rsid w:val="007C6B6A"/>
    <w:rsid w:val="00A129AE"/>
    <w:rsid w:val="00AA1D8D"/>
    <w:rsid w:val="00B47730"/>
    <w:rsid w:val="00CB0664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3C5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3C53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3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0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3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9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9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8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2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9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8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29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0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2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3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8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3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501A430-9970-457C-8664-317D08D4E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479</Words>
  <Characters>2732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3205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Ольга</cp:lastModifiedBy>
  <cp:revision>4</cp:revision>
  <dcterms:created xsi:type="dcterms:W3CDTF">2025-10-11T08:02:00Z</dcterms:created>
  <dcterms:modified xsi:type="dcterms:W3CDTF">2025-10-11T09:22:00Z</dcterms:modified>
</cp:coreProperties>
</file>